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20"/>
        <w:jc w:val="center"/>
      </w:pPr>
      <w:r>
        <w:rPr>
          <w:rFonts w:ascii="Arial" w:hAnsi="Arial"/>
          <w:b/>
          <w:color w:val="19344E"/>
          <w:sz w:val="37"/>
        </w:rPr>
        <w:t>JONATHAN MOSER</w:t>
      </w:r>
    </w:p>
    <w:p>
      <w:pPr>
        <w:widowControl/>
        <w:spacing w:after="40"/>
        <w:jc w:val="center"/>
      </w:pPr>
      <w:r>
        <w:rPr>
          <w:rFonts w:ascii="Arial" w:hAnsi="Arial"/>
          <w:b/>
          <w:color w:val="1E1E1E"/>
          <w:sz w:val="21"/>
        </w:rPr>
        <w:t>6x EMMY-WINNING PRODUCER / STORY PRODUCER / EDITOR</w:t>
      </w:r>
    </w:p>
    <w:p>
      <w:pPr>
        <w:spacing w:after="60"/>
        <w:jc w:val="center"/>
        <w:widowControl/>
        <w:pBdr>
          <w:bottom w:val="single" w:sz="8" w:space="1" w:color="1F4E79"/>
        </w:pBdr>
      </w:pPr>
      <w:r>
        <w:t xml:space="preserve">White Plains, NY | New York Metropolitan Area | 917.572.4696 | </w:t>
      </w:r>
      <w:hyperlink r:id="rId9">
        <w:r>
          <w:rPr>
            <w:color w:val="1F4E79"/>
            <w:u w:val="none"/>
            <w:sz w:val="19"/>
          </w:rPr>
          <w:t>Flashcutter@gmail.com</w:t>
        </w:r>
      </w:hyperlink>
      <w:r>
        <w:t xml:space="preserve"> | </w:t>
      </w:r>
      <w:hyperlink r:id="rId10">
        <w:r>
          <w:rPr>
            <w:color w:val="1F4E79"/>
            <w:u w:val="none"/>
            <w:sz w:val="19"/>
          </w:rPr>
          <w:t>FlashcutProductions.com</w:t>
        </w:r>
      </w:hyperlink>
      <w:r>
        <w:t xml:space="preserve"> | </w:t>
      </w:r>
      <w:hyperlink r:id="rId11">
        <w:r>
          <w:rPr>
            <w:color w:val="1F4E79"/>
            <w:u w:val="none"/>
            <w:sz w:val="19"/>
          </w:rPr>
          <w:t>LinkedIn</w:t>
        </w:r>
      </w:hyperlink>
    </w:p>
    <w:p>
      <w:pPr>
        <w:pStyle w:val="SectionHeading"/>
        <w:keepNext/>
        <w:widowControl/>
      </w:pPr>
      <w:r>
        <w:rPr>
          <w:b/>
          <w:color w:val="19344E"/>
        </w:rPr>
        <w:t>PROFESSIONAL PROFILE</w:t>
      </w:r>
    </w:p>
    <w:p>
      <w:pPr>
        <w:pStyle w:val="Compact"/>
        <w:widowControl/>
      </w:pPr>
      <w:r>
        <w:t>Six-time Emmy-winning Producer, Story Producer and Editor with extensive experience in long-form news, documentary and true-crime storytelling, including Dateline NBC. Develops complex, interview-driven stories from extensive source material, investigative records and court proceedings; conducts sensitive interviews; plans and executes field shoots; writes scripts; and carries projects through edit and final delivery. Recent work includes independently producing, directing, shooting, writing and editing a long-form true-crime documentary and producing multiple Dateline narrative audio projects. Combines journalistic judgment, factual and legal sensitivity, cinematic storytelling and deadline-driven post-production expertise.</w:t>
      </w:r>
    </w:p>
    <w:p>
      <w:pPr>
        <w:pStyle w:val="SectionHeading"/>
        <w:keepNext/>
        <w:widowControl/>
      </w:pPr>
      <w:r>
        <w:rPr>
          <w:b/>
          <w:color w:val="19344E"/>
        </w:rPr>
        <w:t>CORE QUALIFICATIONS</w:t>
      </w:r>
    </w:p>
    <w:p>
      <w:pPr>
        <w:pStyle w:val="Compact"/>
        <w:widowControl/>
        <w:jc w:val="center"/>
      </w:pPr>
      <w:r>
        <w:rPr>
          <w:sz w:val="18"/>
        </w:rPr>
        <w:t>Long-Form Investigative &amp; True Crime | Reporting &amp; Research Synthesis | Sensitive Interviews | Court &amp; Investigative Material | Story Structure &amp; Scriptwriting | Field Production | Multi-Camera Interviews | Reenactments &amp; Location B-Roll | Editorial &amp; Post | Narrative Audio &amp; Podcasts | Fast-Turn Production</w:t>
      </w:r>
    </w:p>
    <w:p>
      <w:pPr>
        <w:pStyle w:val="SectionHeading"/>
        <w:keepNext/>
        <w:widowControl/>
      </w:pPr>
      <w:r>
        <w:rPr>
          <w:b/>
          <w:color w:val="19344E"/>
        </w:rPr>
        <w:t>DATELINE NBC</w:t>
      </w:r>
    </w:p>
    <w:p>
      <w:pPr>
        <w:pStyle w:val="RoleHeading"/>
        <w:keepNext/>
        <w:widowControl/>
      </w:pPr>
      <w:r>
        <w:rPr>
          <w:b/>
          <w:color w:val="1E1E1E"/>
        </w:rPr>
        <w:t>NARRATIVE AUDIO / TRUE-CRIME PODCASTS</w:t>
      </w:r>
      <w:r>
        <w:rPr>
          <w:b/>
          <w:color w:val="19344E"/>
        </w:rPr>
        <w:t xml:space="preserve"> | Producer / Editor</w:t>
      </w:r>
    </w:p>
    <w:p>
      <w:pPr>
        <w:pStyle w:val="ResumeBullet"/>
        <w:widowControl/>
      </w:pPr>
      <w:r>
        <w:t>• Hired by Dateline to produce multiple long-form narrative audio projects, working extensively with the senior producer through story and post-production.</w:t>
      </w:r>
    </w:p>
    <w:p>
      <w:pPr>
        <w:pStyle w:val="ResumeBullet"/>
        <w:widowControl/>
      </w:pPr>
      <w:r>
        <w:t>• Produced multiple Dateline narrative podcasts, including THE SEDUCTION, a ratings winner; shaped story structure, pacing, music, sound design, effects, voice treatment and final mix.</w:t>
      </w:r>
    </w:p>
    <w:p>
      <w:pPr>
        <w:pStyle w:val="ResumeBullet"/>
        <w:widowControl/>
      </w:pPr>
      <w:r>
        <w:t>• Applied long-form true-crime story judgment in an audio-first format, using interviews, narration and source material to build clarity, tension, reveals and payoff across episodic stories.</w:t>
      </w:r>
    </w:p>
    <w:p>
      <w:pPr>
        <w:pStyle w:val="ResumeBullet"/>
        <w:widowControl/>
      </w:pPr>
      <w:r>
        <w:t>• Worked under tight deadlines, solving technical and story problems and catching producer-side issues before release.</w:t>
      </w:r>
    </w:p>
    <w:p>
      <w:pPr>
        <w:pStyle w:val="RoleHeading"/>
        <w:keepNext/>
        <w:widowControl/>
      </w:pPr>
      <w:r>
        <w:rPr>
          <w:b/>
          <w:color w:val="1E1E1E"/>
        </w:rPr>
        <w:t>DATELINE NBC</w:t>
      </w:r>
      <w:r>
        <w:rPr>
          <w:b/>
          <w:color w:val="19344E"/>
        </w:rPr>
        <w:t xml:space="preserve"> | Editor / Post Producer / Story Editor</w:t>
      </w:r>
    </w:p>
    <w:p>
      <w:pPr>
        <w:pStyle w:val="ResumeBullet"/>
        <w:widowControl/>
      </w:pPr>
      <w:r>
        <w:t>• Edited and post-produced long-form news and documentary stories for network broadcast, collaborating closely with producers and correspondents on story structure and editorial direction.</w:t>
      </w:r>
    </w:p>
    <w:p>
      <w:pPr>
        <w:pStyle w:val="ResumeBullet"/>
        <w:widowControl/>
      </w:pPr>
      <w:r>
        <w:t>• Served as a crash editor and story editor on deadline-intensive productions, rapidly synthesizing complex material into clear, compelling narrative.</w:t>
      </w:r>
    </w:p>
    <w:p>
      <w:pPr>
        <w:pStyle w:val="ResumeBullet"/>
        <w:widowControl/>
      </w:pPr>
      <w:r>
        <w:t>• Received the Harry Chapin Media Award for CHILDREN OF THE HARVEST.</w:t>
      </w:r>
    </w:p>
    <w:p>
      <w:pPr>
        <w:pStyle w:val="SectionHeading"/>
        <w:keepNext/>
        <w:widowControl/>
      </w:pPr>
      <w:r>
        <w:rPr>
          <w:b/>
          <w:color w:val="19344E"/>
        </w:rPr>
        <w:t>FEATURED RECENT TRUE-CRIME PROJECT</w:t>
      </w:r>
    </w:p>
    <w:p>
      <w:pPr>
        <w:pStyle w:val="RoleHeading"/>
        <w:keepNext/>
        <w:widowControl/>
      </w:pPr>
      <w:r>
        <w:rPr>
          <w:b/>
          <w:color w:val="1E1E1E"/>
        </w:rPr>
        <w:t>BURNING OBSESSION: A STALKER IN MARYLAND | 2026</w:t>
      </w:r>
      <w:r>
        <w:rPr>
          <w:b/>
          <w:color w:val="19344E"/>
        </w:rPr>
        <w:t xml:space="preserve"> | Producer / Director / Interviewer / Shooter / Writer / Editor</w:t>
      </w:r>
    </w:p>
    <w:p>
      <w:pPr>
        <w:pStyle w:val="ResumeBullet"/>
        <w:widowControl/>
      </w:pPr>
      <w:r>
        <w:t>• Independently developed and produced a long-form true-crime documentary chronicling a Maryland couple's victimization by a stalker and arsonist and the aftermath of the criminal investigation and court process.</w:t>
      </w:r>
    </w:p>
    <w:p>
      <w:pPr>
        <w:pStyle w:val="ResumeBullet"/>
        <w:widowControl/>
      </w:pPr>
      <w:r>
        <w:t>• Conducted and filmed extensive interviews with victims, eyewitnesses, friends, a stalking expert and a psychotherapist, creating a trusting environment for sensitive and emotionally difficult testimony.</w:t>
      </w:r>
    </w:p>
    <w:p>
      <w:pPr>
        <w:pStyle w:val="ResumeBullet"/>
        <w:widowControl/>
      </w:pPr>
      <w:r>
        <w:t>• Reviewed extensive interviews, evidence, investigative material, court proceedings and supporting documentation to establish chronology, identify the narrative spine and surface material that had not been fully heard in court.</w:t>
      </w:r>
    </w:p>
    <w:p>
      <w:pPr>
        <w:pStyle w:val="ResumeBullet"/>
        <w:widowControl/>
      </w:pPr>
      <w:r>
        <w:t>• Planned and executed field production independently: lit, miked and operated a three-camera interview setup; shot reenactments, key locations and environmental b-roll.</w:t>
      </w:r>
    </w:p>
    <w:p>
      <w:pPr>
        <w:pStyle w:val="ResumeBullet"/>
        <w:widowControl/>
      </w:pPr>
      <w:r>
        <w:t>• Developed the story structure, wrote the script and edited the completed film, balancing dramatic tension and visual energy with factual and legal sensitivity; maintained close contact with subjects to fact-check details and obtain documentation throughout post.</w:t>
      </w:r>
    </w:p>
    <w:p>
      <w:pPr>
        <w:pStyle w:val="ResumeBullet"/>
        <w:widowControl/>
      </w:pPr>
      <w:r>
        <w:t>• Clients reported more than 15,000 website views within the first week of release.</w:t>
      </w:r>
    </w:p>
    <w:p>
      <w:pPr>
        <w:pStyle w:val="Compact"/>
        <w:widowControl/>
      </w:pPr>
      <w:r>
        <w:rPr>
          <w:b/>
        </w:rPr>
        <w:t xml:space="preserve">Film: </w:t>
      </w:r>
      <w:hyperlink r:id="rId12">
        <w:r>
          <w:rPr>
            <w:color w:val="1F4E79"/>
            <w:u w:val="none"/>
            <w:sz w:val="19"/>
          </w:rPr>
          <w:t>BurningObsessionMD.com</w:t>
        </w:r>
      </w:hyperlink>
    </w:p>
    <w:p>
      <w:pPr>
        <w:widowControl/>
      </w:pPr>
      <w:r>
        <w:br w:type="page"/>
      </w:r>
    </w:p>
    <w:p>
      <w:pPr>
        <w:spacing w:after="40"/>
        <w:jc w:val="center"/>
        <w:widowControl/>
        <w:pBdr>
          <w:bottom w:val="single" w:sz="6" w:space="1" w:color="1F4E79"/>
        </w:pBdr>
      </w:pPr>
      <w:r>
        <w:rPr>
          <w:b/>
          <w:color w:val="19344E"/>
          <w:sz w:val="18"/>
        </w:rPr>
        <w:t>JONATHAN MOSER | DATELINE / TRUE-CRIME PRODUCER, STORY PRODUCER &amp; EDITOR</w:t>
      </w:r>
    </w:p>
    <w:p>
      <w:pPr>
        <w:pStyle w:val="SectionHeading"/>
        <w:keepNext/>
        <w:widowControl/>
      </w:pPr>
      <w:r>
        <w:rPr>
          <w:b/>
          <w:color w:val="19344E"/>
        </w:rPr>
        <w:t>TRUE CRIME &amp; DOCUMENTARY PRODUCTION</w:t>
      </w:r>
    </w:p>
    <w:p>
      <w:pPr>
        <w:pStyle w:val="RoleHeading"/>
        <w:keepNext/>
        <w:widowControl/>
      </w:pPr>
      <w:r>
        <w:rPr>
          <w:b/>
          <w:color w:val="1E1E1E"/>
        </w:rPr>
        <w:t>FLASHCUT PRODUCTIONS</w:t>
      </w:r>
      <w:r>
        <w:rPr>
          <w:b/>
          <w:color w:val="19344E"/>
        </w:rPr>
        <w:t xml:space="preserve"> | Owner | Producer / Editor / Story Producer</w:t>
      </w:r>
    </w:p>
    <w:p>
      <w:pPr>
        <w:pStyle w:val="ResumeBullet"/>
        <w:widowControl/>
      </w:pPr>
      <w:r>
        <w:t>• Produce and edit story-driven television, documentary, true-crime and unscripted content from concept through final delivery, taking ownership of research-heavy and structurally difficult projects.</w:t>
      </w:r>
    </w:p>
    <w:p>
      <w:pPr>
        <w:pStyle w:val="ResumeBullet"/>
        <w:widowControl/>
      </w:pPr>
      <w:r>
        <w:t>• Produced and edited more than 15 true-crime programs for Discovery ID, A&amp;E, OWN, Lifetime and other outlets; credits include four seasons of DEADLY SINS and STRANGER AMONG US.</w:t>
      </w:r>
    </w:p>
    <w:p>
      <w:pPr>
        <w:pStyle w:val="ResumeBullet"/>
        <w:widowControl/>
      </w:pPr>
      <w:r>
        <w:t>• Shape interviews, reenactments, archival/source material and complex timelines into compelling long-form stories; frequently brought into projects with large volumes of footage, fragmented material or troubled cuts.</w:t>
      </w:r>
    </w:p>
    <w:p>
      <w:pPr>
        <w:pStyle w:val="ResumeBullet"/>
        <w:widowControl/>
      </w:pPr>
      <w:r>
        <w:t>• First DEADLY SINS episode was noticed by the network and selected as the season premiere; continued editing across four seasons, using music, sound design and visual style as narrative tools.</w:t>
      </w:r>
    </w:p>
    <w:p>
      <w:pPr>
        <w:pStyle w:val="ResumeBullet"/>
        <w:widowControl/>
      </w:pPr>
      <w:r>
        <w:t>• Serve in multiple creative roles as needed, including Producer, Story Producer, Editor, Director, Interviewer, Shooter and Writer.</w:t>
      </w:r>
    </w:p>
    <w:p>
      <w:pPr>
        <w:pStyle w:val="SectionHeading"/>
        <w:keepNext/>
        <w:widowControl/>
      </w:pPr>
      <w:r>
        <w:rPr>
          <w:b/>
          <w:color w:val="19344E"/>
        </w:rPr>
        <w:t>SELECTED NETWORK &amp; PRODUCTION EXPERIENCE</w:t>
      </w:r>
    </w:p>
    <w:p>
      <w:pPr>
        <w:pStyle w:val="RoleHeading"/>
        <w:keepNext/>
        <w:widowControl/>
      </w:pPr>
      <w:r>
        <w:rPr>
          <w:b/>
          <w:color w:val="1E1E1E"/>
        </w:rPr>
        <w:t>NBC NEWS / NBC NIGHTLY NEWS</w:t>
      </w:r>
      <w:r>
        <w:rPr>
          <w:b/>
          <w:color w:val="19344E"/>
        </w:rPr>
        <w:t xml:space="preserve"> | Editor</w:t>
      </w:r>
    </w:p>
    <w:p>
      <w:pPr>
        <w:pStyle w:val="ResumeBullet"/>
        <w:widowControl/>
      </w:pPr>
      <w:r>
        <w:t>• Edited news and feature material for NBC News, including the first Avid-based piece aired by NBC Nightly News, contributing to the network's transition to nonlinear digital editing.</w:t>
      </w:r>
    </w:p>
    <w:p>
      <w:pPr>
        <w:pStyle w:val="RoleHeading"/>
        <w:keepNext/>
        <w:widowControl/>
      </w:pPr>
      <w:r>
        <w:rPr>
          <w:b/>
          <w:color w:val="1E1E1E"/>
        </w:rPr>
        <w:t>HISTORY CHANNEL - HAUNTED HISTORY: NEW YORK</w:t>
      </w:r>
      <w:r>
        <w:rPr>
          <w:b/>
          <w:color w:val="19344E"/>
        </w:rPr>
        <w:t xml:space="preserve"> | Producer / Director / Editor</w:t>
      </w:r>
    </w:p>
    <w:p>
      <w:pPr>
        <w:pStyle w:val="ResumeBullet"/>
        <w:widowControl/>
      </w:pPr>
      <w:r>
        <w:t>• Produced and edited a long-form documentary; conducted eyewitness interviews, directed historical reenactments and managed story development through completion.</w:t>
      </w:r>
    </w:p>
    <w:p>
      <w:pPr>
        <w:pStyle w:val="RoleHeading"/>
        <w:keepNext/>
        <w:widowControl/>
      </w:pPr>
      <w:r>
        <w:rPr>
          <w:b/>
          <w:color w:val="1E1E1E"/>
        </w:rPr>
        <w:t>ANIMAL PLANET - MOORPARK 24/7</w:t>
      </w:r>
      <w:r>
        <w:rPr>
          <w:b/>
          <w:color w:val="19344E"/>
        </w:rPr>
        <w:t xml:space="preserve"> | Series Producer / Editor / Writer</w:t>
      </w:r>
    </w:p>
    <w:p>
      <w:pPr>
        <w:pStyle w:val="ResumeBullet"/>
        <w:widowControl/>
      </w:pPr>
      <w:r>
        <w:t>• Produced, scripted and edited character-driven reality programming from extensive observational and interview material.</w:t>
      </w:r>
    </w:p>
    <w:p>
      <w:pPr>
        <w:pStyle w:val="RoleHeading"/>
        <w:keepNext/>
        <w:widowControl/>
      </w:pPr>
      <w:r>
        <w:rPr>
          <w:b/>
          <w:color w:val="1E1E1E"/>
        </w:rPr>
        <w:t>MSNBC - HEADLINERS &amp; LEGENDS</w:t>
      </w:r>
      <w:r>
        <w:rPr>
          <w:b/>
          <w:color w:val="19344E"/>
        </w:rPr>
        <w:t xml:space="preserve"> | Producer / Editor</w:t>
      </w:r>
    </w:p>
    <w:p>
      <w:pPr>
        <w:pStyle w:val="ResumeBullet"/>
        <w:widowControl/>
      </w:pPr>
      <w:r>
        <w:t>• Produced and edited long-form biographical and documentary programming, shaping archival material, interviews and narration into cohesive stories.</w:t>
      </w:r>
    </w:p>
    <w:p>
      <w:pPr>
        <w:pStyle w:val="RoleHeading"/>
        <w:keepNext/>
        <w:widowControl/>
      </w:pPr>
      <w:r>
        <w:rPr>
          <w:b/>
          <w:color w:val="1E1E1E"/>
        </w:rPr>
        <w:t>TRAVEL CHANNEL - GHOST BAIT</w:t>
      </w:r>
      <w:r>
        <w:rPr>
          <w:b/>
          <w:color w:val="19344E"/>
        </w:rPr>
        <w:t xml:space="preserve"> | Editor</w:t>
      </w:r>
    </w:p>
    <w:p>
      <w:pPr>
        <w:pStyle w:val="ResumeBullet"/>
        <w:widowControl/>
      </w:pPr>
      <w:r>
        <w:t>• Shaped large volumes of field footage into polished, story-driven episodes and delivered under network production deadlines.</w:t>
      </w:r>
    </w:p>
    <w:p>
      <w:pPr>
        <w:pStyle w:val="RoleHeading"/>
        <w:keepNext/>
        <w:widowControl/>
      </w:pPr>
      <w:r>
        <w:rPr>
          <w:b/>
          <w:color w:val="1E1E1E"/>
        </w:rPr>
        <w:t>ABC TELEVISION</w:t>
      </w:r>
      <w:r>
        <w:rPr>
          <w:b/>
          <w:color w:val="19344E"/>
        </w:rPr>
        <w:t xml:space="preserve"> | Online Editor / Supervising Editor / Graphics Designer</w:t>
      </w:r>
    </w:p>
    <w:p>
      <w:pPr>
        <w:pStyle w:val="ResumeBullet"/>
        <w:widowControl/>
      </w:pPr>
      <w:r>
        <w:t>• Began as one of two online editors for ABC Network Promo in Hollywood; helped launch EYE ON LA and later served as Supervising Editor and Graphics Designer on ROLLERGAMES.</w:t>
      </w:r>
    </w:p>
    <w:p>
      <w:pPr>
        <w:pStyle w:val="SectionHeading"/>
        <w:keepNext/>
        <w:widowControl/>
      </w:pPr>
      <w:r>
        <w:rPr>
          <w:b/>
          <w:color w:val="19344E"/>
        </w:rPr>
        <w:t>EDITORIAL &amp; PRODUCTION TECHNOLOGY</w:t>
      </w:r>
    </w:p>
    <w:p>
      <w:pPr>
        <w:pStyle w:val="Compact"/>
        <w:widowControl/>
      </w:pPr>
      <w:r>
        <w:rPr>
          <w:b/>
          <w:color w:val="19344E"/>
        </w:rPr>
        <w:t xml:space="preserve">Editing: </w:t>
      </w:r>
      <w:r>
        <w:t>Avid Media Composer | Adobe Premiere Pro | DaVinci Resolve | Final Cut Pro</w:t>
      </w:r>
    </w:p>
    <w:p>
      <w:pPr>
        <w:pStyle w:val="Compact"/>
        <w:widowControl/>
      </w:pPr>
      <w:r>
        <w:rPr>
          <w:b/>
          <w:color w:val="19344E"/>
        </w:rPr>
        <w:t xml:space="preserve">Post-Production: </w:t>
      </w:r>
      <w:r>
        <w:t>After Effects | Sound Design | Music Editing | Voice Treatment | Color Correction | Media Management | Remote Editorial Workflows</w:t>
      </w:r>
    </w:p>
    <w:p>
      <w:pPr>
        <w:pStyle w:val="Compact"/>
        <w:widowControl/>
      </w:pPr>
      <w:r>
        <w:rPr>
          <w:b/>
          <w:color w:val="19344E"/>
        </w:rPr>
        <w:t xml:space="preserve">Production: </w:t>
      </w:r>
      <w:r>
        <w:t>Multi-Camera Interviews | Field Production | Location Shooting | Interview Lighting &amp; Audio | Reenactment Direction</w:t>
      </w:r>
    </w:p>
    <w:p>
      <w:pPr>
        <w:pStyle w:val="Compact"/>
        <w:widowControl/>
      </w:pPr>
      <w:r>
        <w:rPr>
          <w:b/>
          <w:color w:val="19344E"/>
        </w:rPr>
        <w:t xml:space="preserve">Story Workflow: </w:t>
      </w:r>
      <w:r>
        <w:t>Transcript Analysis | Research Organization | Timeline Building | Story Structure | Scriptwriting</w:t>
      </w:r>
    </w:p>
    <w:p>
      <w:pPr>
        <w:pStyle w:val="SectionHeading"/>
        <w:keepNext/>
        <w:widowControl/>
      </w:pPr>
      <w:r>
        <w:rPr>
          <w:b/>
          <w:color w:val="19344E"/>
        </w:rPr>
        <w:t>AWARDS &amp; SELECTED CREDITS</w:t>
      </w:r>
    </w:p>
    <w:p>
      <w:pPr>
        <w:pStyle w:val="Compact"/>
        <w:widowControl/>
      </w:pPr>
      <w:r>
        <w:rPr>
          <w:b/>
          <w:color w:val="19344E"/>
        </w:rPr>
        <w:t>SIX EMMY AWARDS</w:t>
      </w:r>
      <w:r>
        <w:t xml:space="preserve"> | </w:t>
      </w:r>
      <w:r>
        <w:rPr>
          <w:b/>
        </w:rPr>
        <w:t>HARRY CHAPIN MEDIA AWARD - CHILDREN OF THE HARVEST / DATELINE NBC</w:t>
      </w:r>
    </w:p>
    <w:p>
      <w:pPr>
        <w:pStyle w:val="Compact"/>
        <w:widowControl/>
      </w:pPr>
      <w:r>
        <w:t>Selected additional credits: Discovery ID | A&amp;E | Lifetime | OWN | History | Animal Planet | MSNBC | NBC News | CBS | Syfy | Food Network | Bravo | MTV</w:t>
      </w:r>
    </w:p>
    <w:sectPr>
      <w:pgSz w:w="12240" w:h="15840"/>
      <w:pgMar w:top="605" w:right="835" w:bottom="648" w:left="835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E1E1E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 Heading"/>
    <w:basedOn w:val="Normal"/>
    <w:pPr>
      <w:spacing w:before="120" w:after="40" w:line="240" w:lineRule="auto"/>
    </w:pPr>
    <w:rPr>
      <w:rFonts w:ascii="Arial" w:hAnsi="Arial"/>
      <w:b/>
      <w:color w:val="19344E"/>
      <w:sz w:val="20"/>
    </w:rPr>
  </w:style>
  <w:style w:type="paragraph" w:customStyle="1" w:styleId="RoleHeading">
    <w:name w:val="Role Heading"/>
    <w:basedOn w:val="Normal"/>
    <w:pPr>
      <w:spacing w:before="80" w:after="20" w:line="240" w:lineRule="auto"/>
    </w:pPr>
    <w:rPr>
      <w:rFonts w:ascii="Arial" w:hAnsi="Arial"/>
      <w:b/>
      <w:color w:val="1E1E1E"/>
      <w:sz w:val="20"/>
    </w:rPr>
  </w:style>
  <w:style w:type="paragraph" w:customStyle="1" w:styleId="ResumeBullet">
    <w:name w:val="Resume Bullet"/>
    <w:basedOn w:val="Normal"/>
    <w:pPr>
      <w:spacing w:before="0" w:after="20" w:line="240" w:lineRule="auto"/>
      <w:ind w:left="230" w:hanging="173"/>
    </w:pPr>
    <w:rPr>
      <w:rFonts w:ascii="Arial" w:hAnsi="Arial"/>
      <w:b w:val="0"/>
      <w:color w:val="1E1E1E"/>
      <w:sz w:val="19"/>
    </w:rPr>
  </w:style>
  <w:style w:type="paragraph" w:customStyle="1" w:styleId="Compact">
    <w:name w:val="Compact"/>
    <w:basedOn w:val="Normal"/>
    <w:pPr>
      <w:spacing w:before="0" w:after="20" w:line="240" w:lineRule="auto"/>
    </w:pPr>
    <w:rPr>
      <w:rFonts w:ascii="Arial" w:hAnsi="Arial"/>
      <w:b w:val="0"/>
      <w:color w:val="1E1E1E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Flashcutter@gmail.com" TargetMode="External"/><Relationship Id="rId10" Type="http://schemas.openxmlformats.org/officeDocument/2006/relationships/hyperlink" Target="https://flashcutproductions.com" TargetMode="External"/><Relationship Id="rId11" Type="http://schemas.openxmlformats.org/officeDocument/2006/relationships/hyperlink" Target="https://www.linkedin.com/in/jonathanmoser1/" TargetMode="External"/><Relationship Id="rId12" Type="http://schemas.openxmlformats.org/officeDocument/2006/relationships/hyperlink" Target="https://burningobsessionm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